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🧒 יום זכויות הילד – כל הזכויות שלי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יום זכויות הילד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המושג זכויות הילד ואת הזכויות העיקריות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שלכל זכות יש גם אחריות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השלמת משפטים לפי הקשר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השלמת 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זכויות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הגנה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ללמוד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הגנה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דעה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אחריות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7. בית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בחירה נכונה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ב־20 בנובמבר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לשמור על ילד מפני פגיעה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לשמור על אחריות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ללמוד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לקבל הגנה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א – דעה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צוין בדף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לכל ילד יש זכות להביע דעה ושיקשיבו לו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כך נכתב בדף - אחריות פירושה לשמור על זכויות אחרים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לכל ילד מגיע בית בטוח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המילה ממתק היא מסיח ואינה תשובה נכונה באף משפט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(לשמור על ילד מפני פגיעה)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(לשמור גם על הזכויות של אחרים)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(מה שאני חושב ומרגיש)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ה (מקום בטוח לגור בו)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(זכות לרכוש ידע)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כתיבה קצרה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יום מיוחד, ב־20 בנובמבר, שבו נזכרים בזכויות של כל ילד וילדה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לדוגמה: זכות לשחק, ואחריות לא לפגוע במשחק של ילדים אחרים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מחשבה אישית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התלמיד בוחר זכות מהרשימה (הגנה, דעה, בית, לימוד) ומסביר בקצרה מדוע היא חשובה לו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20 בנובמבר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זכות היא מה שמגיע לי, אחריות היא לשמור גם על זכויות אחרים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תשובה מהרשימה: הגנה, בית, לימוד, דעה, משחק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את השיעור בשיחה קצרה על מה זו זכות ומה זו אחריות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לחזק את ההבנה שלכל זכות יש אחריות נלווית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להשמיט את הפריטים המסומנים לגרסת החינוך המיוחד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🧒 יום זכויות הילד – כל הזכויות שלי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יום זכויות הילד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ב־20 בנובמבר מציינים בעולם את יום זכויות הילד. בדף הזה נתרגל את המילים הקשורות לזכויות של כל ילד וילדה, כמו הגנה, בית, לימודים והבעת דעה.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השלמת 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ב־20 בנובמבר מציינים את יום __________ הילד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לכל ילד מגיעה __________ , בטוח, אוכל ומים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לכל ילד יש זכות __________ ולשחק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כשמשהו פוגע בנו, יש לנו זכות ל__________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גם לילדים יש זכות להביע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6. לכל זכות יש גם __________ : לשמור על הזכויות של אחרים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7. לכל ילד מגיע __________ בטוח לגור בו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בחירה נכונה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מתי מציינים את יום זכויות הילד?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ב־20 בנובמבר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ב־1 בינואר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ב־8 במרץ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ב־1 ביוני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המשמעות של המילה 'הגנה' בדף?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לשחק בחוץ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לשמור על ילד מפני פגיעה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לקבל פרס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ללמוד בבית ספר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ההפך מ'לקבל זכות'?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לשמור על אחריות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לשחק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לישון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לאכול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איזו מילה מתאימה למשפט: לכל ילד יש זכות ל___ ולשחק?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ממתק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ללמוד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פרס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דעה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זכותו של ילד כשמשהו פוגע בו?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לקבל ממתק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לקבל הגנה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לקבל פרס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לשתוק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מה המילה שמתארת את מה שילד חושב ומרגיש?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דעה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אחריות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פרס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יום זכויות הילד מצוין ב־20 בנובמבר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לילדים אין זכות להביע דעה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לכל זכות יש גם אחריות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לילד אין זכות לבית בטוח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מילת המפתח 'ממתק' מופיעה כתשובה נכונה באחד המשפטים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הגנה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לשמור גם על הזכויות של אחרים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אחריות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לשמור על ילד מפני פגיעה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דעה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זכות לרכוש ידע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בית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מה שאני חושב ומרגיש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ללמוד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מקום בטוח לגור בו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כתיבה קצרה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במשפט אחד מה זה 'יום זכויות הילד'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תנו דוגמה לזכות אחת ולאחריות אחת שקשורה אליה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מחשבה אישית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פסקה קצרה: איזו זכות חשובה לכם במיוחד ולמה?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מתי מציינים את יום זכויות הילד?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זכות לאחריות?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לזכות אחת של ילדים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יום זכויות הילד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