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זכויות הילד ואת הזכויות העיקריות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זכות יש גם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משפטים לפי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ב־20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לשמור על ילד מפני פגיעה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לשמור על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לקבל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צוין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לכל ילד יש זכות להביע דעה ושיקשיבו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בדף - אחריות פירושה לשמור על זכויות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לכל ילד מגיע בית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המילה ממתק היא מסיח ואינה תשובה נכונה באף 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(לשמור על ילד מפני פגיעה)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(לשמור גם על הזכויות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 שאני חושב ומרגיש)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(מקום בטוח לגור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(זכות לרכוש 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מיוחד, ב־20 בנובמבר, שבו נזכרים בזכויות של כל ילד וילדה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זכות לשחק, ואחריות לא לפגוע במשחק של ילדים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זכות מהרשימה (הגנה, דעה, בית, לימוד) ומסביר בקצרה מדוע היא חשובה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בנובמבר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היא מה שמגיע לי, אחריות היא לשמור גם על זכויות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מהרשימה: הגנה, בית, לימוד, דעה,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מה זו זכות ומה זו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ההבנה שלכל זכות יש אחריות נלווית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לגרסת החינוך המיוחד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ב־20 בנובמבר יש יום מיוחד שנקרא יום זכויות הילד. נלמד מילים שקשורות לזכויות של ילדים.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הדאגה לשמור גם על הזכויות של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מישהו מפני פגיעה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שאני חושב או מרגיש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בטוח לגור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ללמוד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לרכוש ידע בבית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יום זכויות הילד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מיוחד ב־20 בנובמבר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ב־20 בנובמבר מציינים את יום __________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לכל ילד מגיעה __________ , בטוח, אוכל 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לכל ילד יש זכות __________ ולשחק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כשמשהו פוגע בנו, יש לנו זכות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גם לילדים יש זכות להביע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לכל זכות יש גם __________ : לשמור על הזכויות של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לכל ילד מגיע __________ בטוח לגור בו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חוגגים את יום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ב־20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ב־1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ב־8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ב־1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'הגנה'?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על ילד מפני פגיעה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ללמוד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קשור לזכות?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על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משלימה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כשמישהו פוגע בילד?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לקבל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לקבל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קוראים למה שילד חושב?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זכויות הילד מצוין ב־20 בנובמבר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לילדים אין זכות להביע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זכות יש גם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לילד אין זכות לבית בטוח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המפתח 'ממתק' מופיעה כתשובה נכונה באחד המשפטים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שאני חושב ומרגיש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לשמור על ילד מפני פגיעה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זכות לרכוש 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לשמור גם על הזכויות 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ללמוד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בטוח לגור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במשפט אחד מה זה 'יום זכויות הילד'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לזכות אחת ולאחריות אחת שקשורה אליה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איזו זכות חשובה לכם במיוחד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מציינים את יום זכויות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לזכות אחת של ילדים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