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זכויות הילד ואת הזכויות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גם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ב־20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ילד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להביע דעה ושיקשיבו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- אחריות פירושה לשמור על זכויות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(לשמור על ילד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(לשמור גם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שאני חושב ומרגיש)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בטוח לגור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מיוחד, ב־20 בנובמבר, שבו נזכרים בזכויות של כל ילד וילדה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מהרשימה (הגנה, דעה, בית, לימוד) ומסביר בקצרה מדוע היא חשובה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לשמור גם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הגנה, בית, לימוד, דעה,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זו זכות ומה זו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ההבנה שלכל זכות יש אחריות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לגרסת החינוך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ב־20 בנובמבר מציינים בעולם את יום זכויות הילד. בדף הזה נתרגל את המילים הקשורות לזכויות של כל ילד וילדה, כמו הגנה, בית, לימודים והבעת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הגנה  ·  זכויות  ·  דעה  ·  הגנה  ·  ללמוד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ב־20 בנובמבר מציינים את יום __________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ילד מגיעה __________ , בטוח, אוכל 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לכל ילד יש זכות __________ ולשחק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כשמשהו פוגע בנו, יש לנו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5. גם לילדים יש זכות להביע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מציינים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ב־20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ב־1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ב־8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'הגנה'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על ילד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מתאימה למשפט: לכל ילד יש זכות ל___ ולשחק?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זכויות הילד מצוין ב־20 בנובמבר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לילדים אין זכות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לשמור גם על הזכויות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בטוח לגור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לשמור על ילד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שאני חושב ומרגיש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מה זה 'יום זכויות הילד'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איזו זכות חשובה לכם במיוחד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מציינים את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